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94D39" w14:textId="77777777" w:rsidR="00F42F53" w:rsidRPr="00F42F53" w:rsidRDefault="00F42F53" w:rsidP="00F42F53">
      <w:pPr>
        <w:spacing w:after="60" w:line="240" w:lineRule="auto"/>
        <w:rPr>
          <w:sz w:val="16"/>
          <w:szCs w:val="16"/>
          <w:lang w:eastAsia="ko-KR"/>
        </w:rPr>
      </w:pPr>
      <w:r w:rsidRPr="00F42F53">
        <w:rPr>
          <w:b/>
          <w:bCs/>
          <w:sz w:val="24"/>
          <w:szCs w:val="28"/>
          <w:lang w:eastAsia="ko-KR"/>
        </w:rPr>
        <w:t>[</w:t>
      </w:r>
      <w:r w:rsidRPr="00F42F53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ko-KR"/>
        </w:rPr>
        <w:t>별첨</w:t>
      </w:r>
      <w:r w:rsidRPr="00F42F53">
        <w:rPr>
          <w:b/>
          <w:bCs/>
          <w:sz w:val="24"/>
          <w:szCs w:val="28"/>
          <w:lang w:eastAsia="ko-KR"/>
        </w:rPr>
        <w:t xml:space="preserve">] </w:t>
      </w:r>
      <w:r w:rsidRPr="00F42F53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ko-KR"/>
        </w:rPr>
        <w:t>안전보건</w:t>
      </w:r>
      <w:r w:rsidRPr="00F42F53">
        <w:rPr>
          <w:b/>
          <w:bCs/>
          <w:sz w:val="24"/>
          <w:szCs w:val="28"/>
          <w:lang w:eastAsia="ko-KR"/>
        </w:rPr>
        <w:t xml:space="preserve"> </w:t>
      </w:r>
      <w:r w:rsidRPr="00F42F53">
        <w:rPr>
          <w:rFonts w:ascii="맑은 고딕" w:eastAsia="맑은 고딕" w:hAnsi="맑은 고딕" w:cs="맑은 고딕" w:hint="eastAsia"/>
          <w:b/>
          <w:bCs/>
          <w:sz w:val="28"/>
          <w:szCs w:val="28"/>
          <w:lang w:eastAsia="ko-KR"/>
        </w:rPr>
        <w:t>요구사항</w:t>
      </w:r>
    </w:p>
    <w:p w14:paraId="34744665" w14:textId="77777777" w:rsidR="00F42F53" w:rsidRPr="00EC497A" w:rsidRDefault="00F42F53" w:rsidP="00F42F53">
      <w:pPr>
        <w:spacing w:before="200" w:after="120"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1.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본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별첨과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제안요청서의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관계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8064"/>
      </w:tblGrid>
      <w:tr w:rsidR="00F42F53" w:rsidRPr="00EC497A" w14:paraId="74CFA0AD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D5D7E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B88B94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내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용</w:t>
            </w:r>
          </w:p>
        </w:tc>
      </w:tr>
      <w:tr w:rsidR="00F42F53" w:rsidRPr="00EC497A" w14:paraId="70E7BAEE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40CF9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효력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829DA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별첨은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제안요청서의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일부이며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관하여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본문과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경우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별첨이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우선한다</w:t>
            </w:r>
          </w:p>
        </w:tc>
      </w:tr>
      <w:tr w:rsidR="00F42F53" w:rsidRPr="00EC497A" w14:paraId="0175E1BF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B2870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공사의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성격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4AFA6C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신사옥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인테리어공사와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같은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같은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기간에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발주되는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정보통신공사다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하나의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건설공사로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안전보건조정자를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선임하고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혼재작업을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조정하며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제안사는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협조한다</w:t>
            </w:r>
          </w:p>
        </w:tc>
      </w:tr>
      <w:tr w:rsidR="00F42F53" w:rsidRPr="00EC497A" w14:paraId="0AD24886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620E1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실시설계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26610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지침만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제시한다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배선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트레이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경로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방화구획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·TPS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랙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배치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등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실시설계와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그에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따른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검토는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제안사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책임이다</w:t>
            </w:r>
          </w:p>
        </w:tc>
      </w:tr>
      <w:tr w:rsidR="00F42F53" w:rsidRPr="00EC497A" w14:paraId="0BACC203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34EA33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제출서류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정정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97A7C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Ⅲ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-3.2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'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안전관리계획서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'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별첨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4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안전보건이행계획서」로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대체한다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「최근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3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년간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사업장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산업재해율」과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「안전보건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확약서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별첨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서식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」를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추가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제출한다</w:t>
            </w:r>
          </w:p>
        </w:tc>
      </w:tr>
      <w:tr w:rsidR="00F42F53" w:rsidRPr="00EC497A" w14:paraId="57D00B13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BB432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적용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규정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5CCA77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「파크원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안전관리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지침」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(2026.01.13),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「건물관리규정」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(2026.07),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「인테리어공사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입찰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추가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안내」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-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상충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엄격한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기준</w:t>
            </w:r>
          </w:p>
        </w:tc>
      </w:tr>
      <w:tr w:rsidR="00F42F53" w:rsidRPr="00EC497A" w14:paraId="7C9090BA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5BB8E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평가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926C2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평가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60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10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점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3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</w:tr>
    </w:tbl>
    <w:p w14:paraId="01CC123C" w14:textId="77777777" w:rsidR="00F42F53" w:rsidRPr="00EC497A" w:rsidRDefault="00F42F53" w:rsidP="00F42F53">
      <w:pPr>
        <w:spacing w:before="200" w:after="120" w:line="240" w:lineRule="auto"/>
        <w:rPr>
          <w:rFonts w:ascii="맑은 고딕" w:eastAsia="맑은 고딕" w:hAnsi="맑은 고딕"/>
          <w:sz w:val="20"/>
          <w:szCs w:val="20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2.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현장</w:t>
      </w: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조건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8064"/>
      </w:tblGrid>
      <w:tr w:rsidR="00F42F53" w:rsidRPr="00EC497A" w14:paraId="39D3481E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42685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A681EE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내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용</w:t>
            </w:r>
          </w:p>
        </w:tc>
      </w:tr>
      <w:tr w:rsidR="00F42F53" w:rsidRPr="00EC497A" w14:paraId="5300B91F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2681F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장소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15EDB" w14:textId="3412AAC3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파크원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NH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금융타워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타워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2) 29·32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, 33·35·36·37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화물용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(B6~</w:t>
            </w:r>
            <w:r w:rsidR="009A5558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5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0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</w:tr>
      <w:tr w:rsidR="00F42F53" w:rsidRPr="00EC497A" w14:paraId="4B4580E5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AB1A0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시간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D3F6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소음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분진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작업은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건물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운영시간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20:00~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익일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05:00.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주말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공휴일은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운영센터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야간작업자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특수건강진단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등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법정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의무는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제안사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책임</w:t>
            </w:r>
          </w:p>
        </w:tc>
      </w:tr>
      <w:tr w:rsidR="00F42F53" w:rsidRPr="00EC497A" w14:paraId="3CC5292A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EB96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승인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등록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C0ABF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현장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운영사무실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(Savills PM, 27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)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승인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-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서류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3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영업일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B1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종합상황실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카드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안전각서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서명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외주작업일지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사용신청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(24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),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공사차량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등록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, 1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·2.1m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초과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불가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다만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인테리어본공사와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함께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승인서류를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제출할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수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있다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.</w:t>
            </w:r>
          </w:p>
        </w:tc>
      </w:tr>
      <w:tr w:rsidR="00F42F53" w:rsidRPr="00EC497A" w14:paraId="118C5987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8F9AF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반입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양중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1FAF14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06:00~21:00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B2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하역장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화물승강기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단독사용은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21:00~06:00, 24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카트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고무바퀴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범퍼</w:t>
            </w:r>
          </w:p>
        </w:tc>
      </w:tr>
      <w:tr w:rsidR="00F42F53" w:rsidRPr="00EC497A" w14:paraId="0EB3BDD8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3398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혼재작업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D3C831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시공사와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구역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마감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포설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바닥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OA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).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안전보건조정자의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구역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조정에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따른다</w:t>
            </w:r>
          </w:p>
        </w:tc>
      </w:tr>
      <w:tr w:rsidR="00F42F53" w:rsidRPr="00EC497A" w14:paraId="6C4C6093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6CA3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lastRenderedPageBreak/>
              <w:t>고소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천장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90D3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2m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사다리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하강용만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).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말비계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2m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미만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, B/T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비계는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규정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수평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이동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개구부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통제</w:t>
            </w:r>
          </w:p>
        </w:tc>
      </w:tr>
      <w:tr w:rsidR="00F42F53" w:rsidRPr="00EC497A" w14:paraId="0DA359B9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21DBC4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전기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통신실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8CB7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TPS·EPS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FM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운영사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개방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활선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근접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검전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절연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보호구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통신설비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임차사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영향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방지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-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확인</w:t>
            </w:r>
          </w:p>
        </w:tc>
      </w:tr>
      <w:tr w:rsidR="00F42F53" w:rsidRPr="00EC497A" w14:paraId="15B2BFA8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5C37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배관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트레이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92525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CD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금속관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또는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금속제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가요전선관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배선은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케이블트레이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층간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불연재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마감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방화구획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내화충전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임대인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입회검수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결과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서면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</w:tr>
      <w:tr w:rsidR="00F42F53" w:rsidRPr="00EC497A" w14:paraId="13650DC6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F40E3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케이블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9086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건물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가능한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난연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등급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제품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성적서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FROM/TO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라벨링</w:t>
            </w:r>
          </w:p>
        </w:tc>
      </w:tr>
      <w:tr w:rsidR="00F42F53" w:rsidRPr="00EC497A" w14:paraId="1951C6A2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E260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소방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647EA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감지기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유지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차단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화기작업은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원칙적으로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없음</w:t>
            </w:r>
            <w:r w:rsidRPr="00EC497A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-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필요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허가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화재감시자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배치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시공사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준용</w:t>
            </w:r>
          </w:p>
        </w:tc>
      </w:tr>
      <w:tr w:rsidR="00F42F53" w:rsidRPr="00EC497A" w14:paraId="1B787E56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DFA88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폐기물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보양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C130C2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케이블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잔재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포장재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당일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반출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이동통로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보양</w:t>
            </w:r>
          </w:p>
        </w:tc>
      </w:tr>
      <w:tr w:rsidR="00F42F53" w:rsidRPr="00EC497A" w14:paraId="1205F722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936675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비용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E7FB4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산업안전보건관리비를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고시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요율로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견적서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표기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야간공정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승강기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단독사용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폐기물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반영</w:t>
            </w:r>
          </w:p>
        </w:tc>
      </w:tr>
    </w:tbl>
    <w:p w14:paraId="09E6858F" w14:textId="77777777" w:rsidR="00F42F53" w:rsidRPr="00EC497A" w:rsidRDefault="00F42F53" w:rsidP="00F42F53">
      <w:pPr>
        <w:spacing w:before="200" w:after="120"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3.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적격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확인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및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평가</w:t>
      </w:r>
    </w:p>
    <w:p w14:paraId="6B9E66E2" w14:textId="77777777" w:rsidR="00F42F53" w:rsidRPr="00EC497A" w:rsidRDefault="00F42F53" w:rsidP="00F42F53">
      <w:pPr>
        <w:spacing w:before="140" w:after="60"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3.1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적격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확인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-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제안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발표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[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별첨서식</w:t>
      </w:r>
      <w:r w:rsidRPr="00EC497A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>]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의</w:t>
      </w:r>
      <w:r w:rsidRPr="00EC497A">
        <w:rPr>
          <w:rFonts w:ascii="맑은 고딕" w:eastAsia="맑은 고딕" w:hAnsi="맑은 고딕" w:hint="eastAsia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확약서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제출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미제출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>·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거부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부적격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989"/>
        <w:gridCol w:w="7175"/>
      </w:tblGrid>
      <w:tr w:rsidR="00F42F53" w:rsidRPr="00EC497A" w14:paraId="7C180602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DE530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번호</w:t>
            </w:r>
          </w:p>
        </w:tc>
        <w:tc>
          <w:tcPr>
            <w:tcW w:w="1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E2A4A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7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9608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내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용</w:t>
            </w:r>
          </w:p>
        </w:tc>
      </w:tr>
      <w:tr w:rsidR="00F42F53" w:rsidRPr="00EC497A" w14:paraId="0A0DF8A2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B701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N-1</w:t>
            </w:r>
          </w:p>
        </w:tc>
        <w:tc>
          <w:tcPr>
            <w:tcW w:w="1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F7010A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이력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사실기재</w:t>
            </w:r>
          </w:p>
        </w:tc>
        <w:tc>
          <w:tcPr>
            <w:tcW w:w="7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EF8D57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3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년간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중대재해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작업중지명령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산안법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벌금형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보유가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아닌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미기재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허위가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부적격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사유</w:t>
            </w:r>
          </w:p>
        </w:tc>
      </w:tr>
      <w:tr w:rsidR="00F42F53" w:rsidRPr="00EC497A" w14:paraId="1A394364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810E7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N-2</w:t>
            </w:r>
          </w:p>
        </w:tc>
        <w:tc>
          <w:tcPr>
            <w:tcW w:w="1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D54A5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관리감독자</w:t>
            </w:r>
          </w:p>
        </w:tc>
        <w:tc>
          <w:tcPr>
            <w:tcW w:w="7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518E8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현장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관리감독자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야간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상주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안전관리자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선임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의무는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없으나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관리감독자가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업무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수행</w:t>
            </w:r>
          </w:p>
        </w:tc>
      </w:tr>
      <w:tr w:rsidR="00F42F53" w:rsidRPr="00EC497A" w14:paraId="5D17C4E8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DB1544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N-3</w:t>
            </w:r>
          </w:p>
        </w:tc>
        <w:tc>
          <w:tcPr>
            <w:tcW w:w="1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CBA58C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하수급인</w:t>
            </w:r>
          </w:p>
        </w:tc>
        <w:tc>
          <w:tcPr>
            <w:tcW w:w="7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9ACF8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재하도급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하수급인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근로자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동일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산재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고용보험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확인</w:t>
            </w:r>
          </w:p>
        </w:tc>
      </w:tr>
      <w:tr w:rsidR="00F42F53" w:rsidRPr="00EC497A" w14:paraId="41173B26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9DCD5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N-4</w:t>
            </w:r>
          </w:p>
        </w:tc>
        <w:tc>
          <w:tcPr>
            <w:tcW w:w="19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9CE70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기준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준수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협조</w:t>
            </w:r>
          </w:p>
        </w:tc>
        <w:tc>
          <w:tcPr>
            <w:tcW w:w="7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0190A7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임대인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규정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준수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안전보건조정자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재해예방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기술지도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중대재해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작업중지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화재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3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피해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통보</w:t>
            </w:r>
          </w:p>
        </w:tc>
      </w:tr>
    </w:tbl>
    <w:p w14:paraId="3344EA9C" w14:textId="77777777" w:rsidR="00F42F53" w:rsidRPr="00EC497A" w:rsidRDefault="00F42F53" w:rsidP="00F42F53">
      <w:pPr>
        <w:spacing w:before="140" w:after="60" w:line="240" w:lineRule="auto"/>
        <w:rPr>
          <w:rFonts w:ascii="맑은 고딕" w:eastAsia="맑은 고딕" w:hAnsi="맑은 고딕"/>
          <w:sz w:val="20"/>
          <w:szCs w:val="20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3.2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평가</w:t>
      </w:r>
      <w:r w:rsidRPr="00EC497A">
        <w:rPr>
          <w:rFonts w:ascii="맑은 고딕" w:eastAsia="맑은 고딕" w:hAnsi="맑은 고딕" w:hint="eastAsia"/>
          <w:b/>
          <w:bCs/>
          <w:sz w:val="20"/>
          <w:szCs w:val="20"/>
        </w:rPr>
        <w:t xml:space="preserve"> -</w:t>
      </w: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기술</w:t>
      </w: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 60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점</w:t>
      </w: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중</w:t>
      </w:r>
      <w:r w:rsidRPr="00EC497A">
        <w:rPr>
          <w:rFonts w:ascii="맑은 고딕" w:eastAsia="맑은 고딕" w:hAnsi="맑은 고딕"/>
          <w:b/>
          <w:bCs/>
          <w:sz w:val="20"/>
          <w:szCs w:val="20"/>
        </w:rPr>
        <w:t xml:space="preserve"> 10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점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5812"/>
        <w:gridCol w:w="792"/>
        <w:gridCol w:w="1564"/>
      </w:tblGrid>
      <w:tr w:rsidR="00F42F53" w:rsidRPr="00EC497A" w14:paraId="2639A7AC" w14:textId="77777777" w:rsidTr="00A33B38">
        <w:trPr>
          <w:cantSplit/>
        </w:trPr>
        <w:tc>
          <w:tcPr>
            <w:tcW w:w="16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93949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58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7A4D3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착안점</w:t>
            </w:r>
          </w:p>
        </w:tc>
        <w:tc>
          <w:tcPr>
            <w:tcW w:w="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AFD8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배점</w:t>
            </w:r>
          </w:p>
        </w:tc>
        <w:tc>
          <w:tcPr>
            <w:tcW w:w="1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2C294F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미흡</w:t>
            </w:r>
          </w:p>
        </w:tc>
      </w:tr>
      <w:tr w:rsidR="00F42F53" w:rsidRPr="00EC497A" w14:paraId="28F3FD1F" w14:textId="77777777" w:rsidTr="00A33B38">
        <w:trPr>
          <w:cantSplit/>
        </w:trPr>
        <w:tc>
          <w:tcPr>
            <w:tcW w:w="16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2418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현장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위험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인식</w:t>
            </w:r>
          </w:p>
        </w:tc>
        <w:tc>
          <w:tcPr>
            <w:tcW w:w="58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7F1C4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활선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혼재작업이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현장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조건으로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위험성평가에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반영</w:t>
            </w:r>
          </w:p>
        </w:tc>
        <w:tc>
          <w:tcPr>
            <w:tcW w:w="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02C85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D81A9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범용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양식</w:t>
            </w:r>
          </w:p>
        </w:tc>
      </w:tr>
      <w:tr w:rsidR="00F42F53" w:rsidRPr="00EC497A" w14:paraId="31ADC1ED" w14:textId="77777777" w:rsidTr="00A33B38">
        <w:trPr>
          <w:cantSplit/>
        </w:trPr>
        <w:tc>
          <w:tcPr>
            <w:tcW w:w="16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2681A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혼재작업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조정</w:t>
            </w:r>
          </w:p>
        </w:tc>
        <w:tc>
          <w:tcPr>
            <w:tcW w:w="58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07F1F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공정과의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간섭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구간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참석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계획</w:t>
            </w:r>
          </w:p>
        </w:tc>
        <w:tc>
          <w:tcPr>
            <w:tcW w:w="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97B4A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B941C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기술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없음</w:t>
            </w:r>
          </w:p>
        </w:tc>
      </w:tr>
      <w:tr w:rsidR="00F42F53" w:rsidRPr="00EC497A" w14:paraId="6841E321" w14:textId="77777777" w:rsidTr="00A33B38">
        <w:trPr>
          <w:cantSplit/>
        </w:trPr>
        <w:tc>
          <w:tcPr>
            <w:tcW w:w="16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F56D12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lastRenderedPageBreak/>
              <w:t>이행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자원</w:t>
            </w:r>
          </w:p>
        </w:tc>
        <w:tc>
          <w:tcPr>
            <w:tcW w:w="58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6652C8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관리감독자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안전관리비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사용계획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교육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보호구</w:t>
            </w:r>
          </w:p>
        </w:tc>
        <w:tc>
          <w:tcPr>
            <w:tcW w:w="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2BD9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10CBA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미분리</w:t>
            </w:r>
          </w:p>
        </w:tc>
      </w:tr>
      <w:tr w:rsidR="00F42F53" w:rsidRPr="00EC497A" w14:paraId="5C9A64EF" w14:textId="77777777" w:rsidTr="00A33B38">
        <w:trPr>
          <w:cantSplit/>
        </w:trPr>
        <w:tc>
          <w:tcPr>
            <w:tcW w:w="16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36598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이력</w:t>
            </w:r>
          </w:p>
        </w:tc>
        <w:tc>
          <w:tcPr>
            <w:tcW w:w="58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D54A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N-1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내용의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처리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태도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재발방지</w:t>
            </w:r>
          </w:p>
        </w:tc>
        <w:tc>
          <w:tcPr>
            <w:tcW w:w="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67698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087E7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은폐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부적격</w:t>
            </w:r>
          </w:p>
        </w:tc>
      </w:tr>
    </w:tbl>
    <w:p w14:paraId="2A1F119F" w14:textId="77777777" w:rsidR="00F42F53" w:rsidRPr="00EC497A" w:rsidRDefault="00F42F53" w:rsidP="00F42F53">
      <w:pPr>
        <w:spacing w:before="200" w:after="120"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4.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공사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안전보건이행계획서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목차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-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제안서와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함께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제출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>, 10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면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이내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2400"/>
        <w:gridCol w:w="6864"/>
      </w:tblGrid>
      <w:tr w:rsidR="00F42F53" w:rsidRPr="00EC497A" w14:paraId="234D75D8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F3D0B7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장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AA8B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464839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기재</w:t>
            </w:r>
          </w:p>
        </w:tc>
      </w:tr>
      <w:tr w:rsidR="00F42F53" w:rsidRPr="00EC497A" w14:paraId="7A26A2EF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EAFB7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1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97FC4F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조직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75438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관리감독자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작업자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구성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경로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야간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포함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</w:tr>
      <w:tr w:rsidR="00F42F53" w:rsidRPr="00EC497A" w14:paraId="59C15916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5ACA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2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E3A7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위험성평가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4F9D5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반영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활선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관통부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혼재</w:t>
            </w:r>
          </w:p>
        </w:tc>
      </w:tr>
      <w:tr w:rsidR="00F42F53" w:rsidRPr="00EC497A" w14:paraId="735BFA71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8392B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3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A105CB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고소작업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8323B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사다리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말비계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·B/T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천장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개구부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통제</w:t>
            </w:r>
          </w:p>
        </w:tc>
      </w:tr>
      <w:tr w:rsidR="00F42F53" w:rsidRPr="00EC497A" w14:paraId="163C3072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3A861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4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F574B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전기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통신실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44D215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TPS·EPS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출입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절차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활선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근접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보호구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회선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확인</w:t>
            </w:r>
          </w:p>
        </w:tc>
      </w:tr>
      <w:tr w:rsidR="00F42F53" w:rsidRPr="00EC497A" w14:paraId="0E42946D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1B3D76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5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1AC9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혼재작업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7C738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인테리어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간섭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구간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협조</w:t>
            </w:r>
          </w:p>
        </w:tc>
      </w:tr>
      <w:tr w:rsidR="00F42F53" w:rsidRPr="00EC497A" w14:paraId="1176686C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44CE59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6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D0161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교육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·TBM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A9FEF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신규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특별교육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매일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TBM</w:t>
            </w:r>
          </w:p>
        </w:tc>
      </w:tr>
      <w:tr w:rsidR="00F42F53" w:rsidRPr="00EC497A" w14:paraId="326858CF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0AD7C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7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C3500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안전관리비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A41BB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항목별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금액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견적서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일치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)</w:t>
            </w:r>
          </w:p>
        </w:tc>
      </w:tr>
      <w:tr w:rsidR="00F42F53" w:rsidRPr="00EC497A" w14:paraId="7002053A" w14:textId="77777777" w:rsidTr="00A33B38">
        <w:trPr>
          <w:cantSplit/>
        </w:trPr>
        <w:tc>
          <w:tcPr>
            <w:tcW w:w="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23C7A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8</w:t>
            </w:r>
          </w:p>
        </w:tc>
        <w:tc>
          <w:tcPr>
            <w:tcW w:w="2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026D1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비상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하수급인</w:t>
            </w:r>
          </w:p>
        </w:tc>
        <w:tc>
          <w:tcPr>
            <w:tcW w:w="68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DFA23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비상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연락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야간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),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하수급인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범위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</w:t>
            </w:r>
          </w:p>
        </w:tc>
      </w:tr>
    </w:tbl>
    <w:p w14:paraId="515DCD97" w14:textId="77777777" w:rsidR="00F42F53" w:rsidRPr="00EC497A" w:rsidRDefault="00F42F53" w:rsidP="00F42F53">
      <w:pPr>
        <w:spacing w:before="200" w:after="120"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5.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계약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시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안전보건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특약</w:t>
      </w:r>
      <w:r w:rsidRPr="00EC497A">
        <w:rPr>
          <w:rFonts w:ascii="맑은 고딕" w:eastAsia="맑은 고딕" w:hAnsi="맑은 고딕"/>
          <w:b/>
          <w:bCs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b/>
          <w:bCs/>
          <w:sz w:val="20"/>
          <w:szCs w:val="20"/>
          <w:lang w:eastAsia="ko-KR"/>
        </w:rPr>
        <w:t>요지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8064"/>
      </w:tblGrid>
      <w:tr w:rsidR="00F42F53" w:rsidRPr="00EC497A" w14:paraId="26B40D91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5084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항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목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C41C5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내</w:t>
            </w:r>
            <w:r w:rsidRPr="00EC497A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0"/>
              </w:rPr>
              <w:t>용</w:t>
            </w:r>
          </w:p>
        </w:tc>
      </w:tr>
      <w:tr w:rsidR="00F42F53" w:rsidRPr="00EC497A" w14:paraId="11DE2811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935D6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확인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평가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33B7F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공사감독원의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안전관리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확인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평가에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협조</w:t>
            </w:r>
          </w:p>
        </w:tc>
      </w:tr>
      <w:tr w:rsidR="00F42F53" w:rsidRPr="00EC497A" w14:paraId="4C1311C6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B3DF1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관리감독자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82DADD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상주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안전보조원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투입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직접고용</w:t>
            </w:r>
          </w:p>
        </w:tc>
      </w:tr>
      <w:tr w:rsidR="00F42F53" w:rsidRPr="00EC497A" w14:paraId="53F43C53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9DA955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조정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지도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75D189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안전보건조정자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조정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결과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재해예방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기술지도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지적사항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조치</w:t>
            </w:r>
          </w:p>
        </w:tc>
      </w:tr>
      <w:tr w:rsidR="00F42F53" w:rsidRPr="00EC497A" w14:paraId="669BFA05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B27E6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안전보건대장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F6840A" w14:textId="77777777" w:rsidR="00F42F53" w:rsidRDefault="00F42F53" w:rsidP="00F42F53">
            <w:pPr>
              <w:spacing w:after="20" w:line="240" w:lineRule="auto"/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발주자의 기본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안전보건대장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작성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이행확인에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필요한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자료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제출</w:t>
            </w:r>
          </w:p>
          <w:p w14:paraId="4D34332C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설계 및 공사안전보건대장의 작성 및 제출</w:t>
            </w:r>
          </w:p>
        </w:tc>
      </w:tr>
      <w:tr w:rsidR="00F42F53" w:rsidRPr="00EC497A" w14:paraId="604BF2F7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D38642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안전관리비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24FCB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분리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계상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증빙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정산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,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용도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사용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감액</w:t>
            </w:r>
          </w:p>
        </w:tc>
      </w:tr>
      <w:tr w:rsidR="00F42F53" w:rsidRPr="00EC497A" w14:paraId="0624C754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B4CDDD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작업중지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통보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A72DA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요청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불이익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금지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.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사고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2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통보</w:t>
            </w:r>
          </w:p>
        </w:tc>
      </w:tr>
      <w:tr w:rsidR="00F42F53" w:rsidRPr="00EC497A" w14:paraId="6C11E34F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F827C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불이익</w:t>
            </w:r>
            <w:r w:rsidRPr="00EC497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조치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DA5E4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안전수칙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불이행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중대재해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우려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시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공사중지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·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계약해지</w:t>
            </w:r>
          </w:p>
        </w:tc>
      </w:tr>
      <w:tr w:rsidR="00F42F53" w:rsidRPr="00EC497A" w14:paraId="525FBE22" w14:textId="77777777" w:rsidTr="00A33B38">
        <w:trPr>
          <w:cantSplit/>
        </w:trPr>
        <w:tc>
          <w:tcPr>
            <w:tcW w:w="1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4A327B" w14:textId="77777777" w:rsidR="00F42F53" w:rsidRPr="00EC497A" w:rsidRDefault="00F42F53" w:rsidP="00F42F53">
            <w:pPr>
              <w:spacing w:after="20" w:line="240" w:lineRule="auto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</w:rPr>
              <w:t>문의</w:t>
            </w:r>
          </w:p>
        </w:tc>
        <w:tc>
          <w:tcPr>
            <w:tcW w:w="80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F5800" w14:textId="77777777" w:rsidR="00F42F53" w:rsidRPr="00EC497A" w:rsidRDefault="00F42F53" w:rsidP="00F42F53">
            <w:pPr>
              <w:spacing w:after="20" w:line="240" w:lineRule="auto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안전보건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요구사항은 안전보건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관리실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정규진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 xml:space="preserve"> </w:t>
            </w:r>
            <w:r w:rsidRPr="00EC497A"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매니저</w:t>
            </w: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 xml:space="preserve"> 문의</w:t>
            </w:r>
            <w:r w:rsidRPr="00EC497A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(</w:t>
            </w:r>
            <w:hyperlink r:id="rId5" w:history="1">
              <w:r w:rsidRPr="005D253B">
                <w:rPr>
                  <w:rStyle w:val="aff1"/>
                  <w:rFonts w:ascii="맑은 고딕" w:eastAsia="맑은 고딕" w:hAnsi="맑은 고딕"/>
                  <w:sz w:val="20"/>
                  <w:szCs w:val="20"/>
                  <w:lang w:eastAsia="ko-KR"/>
                </w:rPr>
                <w:t>guejin.jung@igisam.com</w:t>
              </w:r>
            </w:hyperlink>
            <w:r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</w:tbl>
    <w:p w14:paraId="3E0DF8CA" w14:textId="77777777" w:rsidR="00F42F53" w:rsidRPr="00EC497A" w:rsidRDefault="00F42F53" w:rsidP="00F42F53">
      <w:pPr>
        <w:spacing w:line="240" w:lineRule="auto"/>
        <w:rPr>
          <w:rFonts w:ascii="맑은 고딕" w:eastAsia="맑은 고딕" w:hAnsi="맑은 고딕"/>
          <w:sz w:val="20"/>
          <w:szCs w:val="20"/>
          <w:lang w:eastAsia="ko-KR"/>
        </w:rPr>
      </w:pPr>
    </w:p>
    <w:p w14:paraId="390E4070" w14:textId="77777777" w:rsidR="00F42F53" w:rsidRPr="00EC497A" w:rsidRDefault="00F42F53" w:rsidP="00F42F53">
      <w:pPr>
        <w:spacing w:line="240" w:lineRule="auto"/>
        <w:jc w:val="right"/>
        <w:rPr>
          <w:rFonts w:ascii="맑은 고딕" w:eastAsia="맑은 고딕" w:hAnsi="맑은 고딕"/>
          <w:sz w:val="20"/>
          <w:szCs w:val="20"/>
          <w:lang w:eastAsia="ko-KR"/>
        </w:rPr>
      </w:pPr>
      <w:r w:rsidRPr="00EC497A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- </w:t>
      </w:r>
      <w:r w:rsidRPr="00EC497A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이</w:t>
      </w:r>
      <w:r w:rsidRPr="00EC497A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  <w:r w:rsidRPr="00EC497A">
        <w:rPr>
          <w:rFonts w:ascii="맑은 고딕" w:eastAsia="맑은 고딕" w:hAnsi="맑은 고딕" w:cs="맑은 고딕" w:hint="eastAsia"/>
          <w:sz w:val="20"/>
          <w:szCs w:val="20"/>
          <w:lang w:eastAsia="ko-KR"/>
        </w:rPr>
        <w:t>상</w:t>
      </w:r>
      <w:r w:rsidRPr="00EC497A">
        <w:rPr>
          <w:rFonts w:ascii="맑은 고딕" w:eastAsia="맑은 고딕" w:hAnsi="맑은 고딕" w:hint="eastAsia"/>
          <w:sz w:val="20"/>
          <w:szCs w:val="20"/>
          <w:lang w:eastAsia="ko-KR"/>
        </w:rPr>
        <w:t xml:space="preserve"> -</w:t>
      </w:r>
    </w:p>
    <w:p w14:paraId="6D1EDE2D" w14:textId="02917F9A" w:rsidR="00F42F53" w:rsidRDefault="00F42F53" w:rsidP="00F42F53">
      <w:pPr>
        <w:spacing w:line="240" w:lineRule="auto"/>
        <w:rPr>
          <w:b/>
          <w:bCs/>
          <w:sz w:val="22"/>
          <w:lang w:eastAsia="ko-KR"/>
        </w:rPr>
      </w:pPr>
      <w:r>
        <w:rPr>
          <w:b/>
          <w:bCs/>
          <w:sz w:val="22"/>
          <w:lang w:eastAsia="ko-KR"/>
        </w:rPr>
        <w:br w:type="page"/>
      </w:r>
      <w:r>
        <w:rPr>
          <w:rFonts w:hint="eastAsia"/>
          <w:b/>
          <w:bCs/>
          <w:sz w:val="22"/>
          <w:lang w:eastAsia="ko-KR"/>
        </w:rPr>
        <w:lastRenderedPageBreak/>
        <w:t>[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별첨서식</w:t>
      </w:r>
      <w:r>
        <w:rPr>
          <w:rFonts w:hint="eastAsia"/>
          <w:b/>
          <w:bCs/>
          <w:sz w:val="22"/>
          <w:lang w:eastAsia="ko-KR"/>
        </w:rPr>
        <w:t>]</w:t>
      </w:r>
      <w:r>
        <w:rPr>
          <w:b/>
          <w:bCs/>
          <w:sz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안전보건</w:t>
      </w:r>
      <w:r>
        <w:rPr>
          <w:b/>
          <w:bCs/>
          <w:sz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확약서</w:t>
      </w:r>
      <w:r>
        <w:rPr>
          <w:b/>
          <w:bCs/>
          <w:sz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및</w:t>
      </w:r>
      <w:r>
        <w:rPr>
          <w:b/>
          <w:bCs/>
          <w:sz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이력</w:t>
      </w:r>
      <w:r>
        <w:rPr>
          <w:b/>
          <w:bCs/>
          <w:sz w:val="22"/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  <w:sz w:val="22"/>
          <w:lang w:eastAsia="ko-KR"/>
        </w:rPr>
        <w:t>사실기재서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3198"/>
        <w:gridCol w:w="1985"/>
        <w:gridCol w:w="2781"/>
      </w:tblGrid>
      <w:tr w:rsidR="00F42F53" w14:paraId="3C7F71A5" w14:textId="77777777" w:rsidTr="00A33B38">
        <w:trPr>
          <w:cantSplit/>
        </w:trPr>
        <w:tc>
          <w:tcPr>
            <w:tcW w:w="1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3E60A7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</w:rPr>
              <w:t>업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체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명</w:t>
            </w:r>
          </w:p>
        </w:tc>
        <w:tc>
          <w:tcPr>
            <w:tcW w:w="3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0ECDB1" w14:textId="77777777" w:rsidR="00F42F53" w:rsidRPr="003D4288" w:rsidRDefault="00F42F53" w:rsidP="00F42F53">
            <w:pPr>
              <w:spacing w:after="20" w:line="240" w:lineRule="auto"/>
            </w:pPr>
            <w:r w:rsidRPr="003D4288">
              <w:t xml:space="preserve"> </w:t>
            </w:r>
          </w:p>
        </w:tc>
        <w:tc>
          <w:tcPr>
            <w:tcW w:w="1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5F623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</w:rPr>
              <w:t>대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표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자</w:t>
            </w:r>
          </w:p>
        </w:tc>
        <w:tc>
          <w:tcPr>
            <w:tcW w:w="2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079D9" w14:textId="77777777" w:rsidR="00F42F53" w:rsidRPr="003D4288" w:rsidRDefault="00F42F53" w:rsidP="00F42F53">
            <w:pPr>
              <w:spacing w:after="20" w:line="240" w:lineRule="auto"/>
            </w:pPr>
            <w:r w:rsidRPr="003D4288">
              <w:t xml:space="preserve"> </w:t>
            </w:r>
          </w:p>
        </w:tc>
      </w:tr>
      <w:tr w:rsidR="00F42F53" w14:paraId="142AE43A" w14:textId="77777777" w:rsidTr="00A33B38">
        <w:trPr>
          <w:cantSplit/>
        </w:trPr>
        <w:tc>
          <w:tcPr>
            <w:tcW w:w="1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78B81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</w:rPr>
              <w:t>작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성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자</w:t>
            </w:r>
          </w:p>
        </w:tc>
        <w:tc>
          <w:tcPr>
            <w:tcW w:w="3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EF8F0E" w14:textId="77777777" w:rsidR="00F42F53" w:rsidRPr="003D4288" w:rsidRDefault="00F42F53" w:rsidP="00F42F53">
            <w:pPr>
              <w:spacing w:after="20" w:line="240" w:lineRule="auto"/>
            </w:pPr>
            <w:r w:rsidRPr="003D4288">
              <w:t xml:space="preserve"> </w:t>
            </w:r>
          </w:p>
        </w:tc>
        <w:tc>
          <w:tcPr>
            <w:tcW w:w="198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FF8F6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</w:rPr>
              <w:t>연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락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처</w:t>
            </w:r>
          </w:p>
        </w:tc>
        <w:tc>
          <w:tcPr>
            <w:tcW w:w="27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EB463" w14:textId="77777777" w:rsidR="00F42F53" w:rsidRPr="003D4288" w:rsidRDefault="00F42F53" w:rsidP="00F42F53">
            <w:pPr>
              <w:spacing w:after="20" w:line="240" w:lineRule="auto"/>
            </w:pPr>
            <w:r w:rsidRPr="003D4288">
              <w:t xml:space="preserve"> </w:t>
            </w:r>
          </w:p>
        </w:tc>
      </w:tr>
    </w:tbl>
    <w:p w14:paraId="4C8249A1" w14:textId="77777777" w:rsidR="00F42F53" w:rsidRDefault="00F42F53" w:rsidP="00F42F53">
      <w:pPr>
        <w:spacing w:line="240" w:lineRule="auto"/>
        <w:rPr>
          <w:sz w:val="12"/>
          <w:szCs w:val="12"/>
        </w:rPr>
      </w:pPr>
    </w:p>
    <w:p w14:paraId="3D4F870C" w14:textId="77777777" w:rsidR="00F42F53" w:rsidRDefault="00F42F53" w:rsidP="00F42F53">
      <w:pPr>
        <w:spacing w:line="240" w:lineRule="auto"/>
      </w:pPr>
      <w:r>
        <w:rPr>
          <w:sz w:val="12"/>
          <w:szCs w:val="12"/>
        </w:rPr>
        <w:t xml:space="preserve"> </w:t>
      </w:r>
      <w:r>
        <w:rPr>
          <w:b/>
          <w:bCs/>
        </w:rPr>
        <w:t xml:space="preserve">1. </w:t>
      </w:r>
      <w:r>
        <w:rPr>
          <w:rFonts w:ascii="맑은 고딕" w:eastAsia="맑은 고딕" w:hAnsi="맑은 고딕" w:cs="맑은 고딕" w:hint="eastAsia"/>
          <w:b/>
          <w:bCs/>
        </w:rPr>
        <w:t>이력</w:t>
      </w:r>
      <w:r>
        <w:rPr>
          <w:b/>
          <w:bCs/>
        </w:rPr>
        <w:t xml:space="preserve"> </w:t>
      </w:r>
      <w:r>
        <w:rPr>
          <w:rFonts w:ascii="맑은 고딕" w:eastAsia="맑은 고딕" w:hAnsi="맑은 고딕" w:cs="맑은 고딕" w:hint="eastAsia"/>
          <w:b/>
          <w:bCs/>
        </w:rPr>
        <w:t>사실기재</w:t>
      </w:r>
      <w:r>
        <w:rPr>
          <w:b/>
          <w:bCs/>
        </w:rPr>
        <w:t xml:space="preserve"> (</w:t>
      </w:r>
      <w:r>
        <w:rPr>
          <w:rFonts w:ascii="맑은 고딕" w:eastAsia="맑은 고딕" w:hAnsi="맑은 고딕" w:cs="맑은 고딕" w:hint="eastAsia"/>
          <w:b/>
          <w:bCs/>
        </w:rPr>
        <w:t>최근</w:t>
      </w:r>
      <w:r>
        <w:rPr>
          <w:b/>
          <w:bCs/>
        </w:rPr>
        <w:t xml:space="preserve"> 3</w:t>
      </w:r>
      <w:r>
        <w:rPr>
          <w:rFonts w:ascii="맑은 고딕" w:eastAsia="맑은 고딕" w:hAnsi="맑은 고딕" w:cs="맑은 고딕" w:hint="eastAsia"/>
          <w:b/>
          <w:bCs/>
        </w:rPr>
        <w:t>년</w:t>
      </w:r>
      <w:r>
        <w:rPr>
          <w:b/>
          <w:bCs/>
        </w:rPr>
        <w:t>)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"/>
        <w:gridCol w:w="2086"/>
        <w:gridCol w:w="1358"/>
        <w:gridCol w:w="2438"/>
        <w:gridCol w:w="3103"/>
      </w:tblGrid>
      <w:tr w:rsidR="00F42F53" w14:paraId="5C08075B" w14:textId="77777777" w:rsidTr="00A33B38">
        <w:trPr>
          <w:cantSplit/>
        </w:trPr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FC9DDE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번호</w:t>
            </w:r>
          </w:p>
        </w:tc>
        <w:tc>
          <w:tcPr>
            <w:tcW w:w="1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12491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구</w:t>
            </w:r>
            <w:r w:rsidRPr="003D4288">
              <w:rPr>
                <w:b/>
                <w:bCs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분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49D20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발생일</w:t>
            </w:r>
          </w:p>
        </w:tc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ACB548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내</w:t>
            </w:r>
            <w:r w:rsidRPr="003D4288">
              <w:rPr>
                <w:b/>
                <w:bCs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용</w:t>
            </w:r>
          </w:p>
        </w:tc>
        <w:tc>
          <w:tcPr>
            <w:tcW w:w="32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B37123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조치</w:t>
            </w:r>
            <w:r w:rsidRPr="003D4288">
              <w:rPr>
                <w:b/>
                <w:bCs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현재</w:t>
            </w:r>
            <w:r w:rsidRPr="003D4288">
              <w:rPr>
                <w:b/>
                <w:bCs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상태</w:t>
            </w:r>
          </w:p>
        </w:tc>
      </w:tr>
      <w:tr w:rsidR="00F42F53" w14:paraId="066D8237" w14:textId="77777777" w:rsidTr="00A33B38">
        <w:trPr>
          <w:cantSplit/>
        </w:trPr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F1E61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 xml:space="preserve"> </w:t>
            </w:r>
          </w:p>
        </w:tc>
        <w:tc>
          <w:tcPr>
            <w:tcW w:w="1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0D446E" w14:textId="77777777" w:rsidR="00F42F53" w:rsidRDefault="00F42F53" w:rsidP="00F42F53">
            <w:pPr>
              <w:spacing w:after="20" w:line="240" w:lineRule="auto"/>
              <w:jc w:val="center"/>
              <w:rPr>
                <w:rFonts w:eastAsia="맑은 고딕" w:hint="eastAsia"/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중대재해</w:t>
            </w:r>
            <w:r w:rsidRPr="003D4288">
              <w:rPr>
                <w:lang w:eastAsia="ko-KR"/>
              </w:rPr>
              <w:t>/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작업중지</w:t>
            </w:r>
            <w:r w:rsidRPr="003D4288">
              <w:rPr>
                <w:lang w:eastAsia="ko-KR"/>
              </w:rPr>
              <w:t>/</w:t>
            </w:r>
          </w:p>
          <w:p w14:paraId="6E071DF4" w14:textId="77777777" w:rsidR="00F42F53" w:rsidRPr="003D4288" w:rsidRDefault="00F42F53" w:rsidP="00F42F53">
            <w:pPr>
              <w:spacing w:after="20" w:line="240" w:lineRule="auto"/>
              <w:jc w:val="center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산안법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위반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50C5C" w14:textId="77777777" w:rsidR="00F42F53" w:rsidRPr="003D4288" w:rsidRDefault="00F42F53" w:rsidP="00F42F53">
            <w:pPr>
              <w:spacing w:after="20" w:line="240" w:lineRule="auto"/>
              <w:jc w:val="center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7DC7F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2BB05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</w:tr>
      <w:tr w:rsidR="00F42F53" w14:paraId="2E6D0706" w14:textId="77777777" w:rsidTr="00A33B38">
        <w:trPr>
          <w:cantSplit/>
        </w:trPr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931D4" w14:textId="77777777" w:rsidR="00F42F53" w:rsidRPr="003D4288" w:rsidRDefault="00F42F53" w:rsidP="00F42F53">
            <w:pPr>
              <w:spacing w:after="20" w:line="240" w:lineRule="auto"/>
              <w:jc w:val="center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94E2E" w14:textId="77777777" w:rsidR="00F42F53" w:rsidRPr="003D4288" w:rsidRDefault="00F42F53" w:rsidP="00F42F53">
            <w:pPr>
              <w:spacing w:after="20" w:line="240" w:lineRule="auto"/>
              <w:jc w:val="center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E93571" w14:textId="77777777" w:rsidR="00F42F53" w:rsidRPr="003D4288" w:rsidRDefault="00F42F53" w:rsidP="00F42F53">
            <w:pPr>
              <w:spacing w:after="20" w:line="240" w:lineRule="auto"/>
              <w:jc w:val="center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26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B41E45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FA1E65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lang w:eastAsia="ko-KR"/>
              </w:rPr>
              <w:t xml:space="preserve"> </w:t>
            </w:r>
          </w:p>
        </w:tc>
      </w:tr>
      <w:tr w:rsidR="00F42F53" w14:paraId="20020227" w14:textId="77777777" w:rsidTr="00A33B38">
        <w:trPr>
          <w:cantSplit/>
        </w:trPr>
        <w:tc>
          <w:tcPr>
            <w:tcW w:w="9864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32E40" w14:textId="77777777" w:rsidR="00F42F53" w:rsidRPr="003D4288" w:rsidRDefault="00F42F53" w:rsidP="00F42F53">
            <w:pPr>
              <w:spacing w:after="20" w:line="240" w:lineRule="auto"/>
            </w:pPr>
            <w:r w:rsidRPr="003D4288">
              <w:t xml:space="preserve">[  ] </w:t>
            </w:r>
            <w:r w:rsidRPr="003D4288">
              <w:rPr>
                <w:rFonts w:ascii="맑은 고딕" w:eastAsia="맑은 고딕" w:hAnsi="맑은 고딕" w:cs="맑은 고딕" w:hint="eastAsia"/>
              </w:rPr>
              <w:t>해당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사항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없음</w:t>
            </w:r>
          </w:p>
        </w:tc>
      </w:tr>
    </w:tbl>
    <w:p w14:paraId="08194ECA" w14:textId="77777777" w:rsidR="00F42F53" w:rsidRDefault="00F42F53" w:rsidP="00F42F53">
      <w:pPr>
        <w:spacing w:line="240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4DF04CD6" w14:textId="77777777" w:rsidR="00F42F53" w:rsidRDefault="00F42F53" w:rsidP="00F42F53">
      <w:pPr>
        <w:spacing w:before="140" w:after="60" w:line="240" w:lineRule="auto"/>
      </w:pPr>
      <w:r>
        <w:rPr>
          <w:b/>
          <w:bCs/>
        </w:rPr>
        <w:t xml:space="preserve">2. </w:t>
      </w:r>
      <w:r>
        <w:rPr>
          <w:rFonts w:ascii="맑은 고딕" w:eastAsia="맑은 고딕" w:hAnsi="맑은 고딕" w:cs="맑은 고딕" w:hint="eastAsia"/>
          <w:b/>
          <w:bCs/>
        </w:rPr>
        <w:t>확약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200"/>
        <w:gridCol w:w="6964"/>
      </w:tblGrid>
      <w:tr w:rsidR="00F42F53" w14:paraId="27C87D6C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08317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번호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1B88F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항</w:t>
            </w:r>
            <w:r w:rsidRPr="003D4288">
              <w:rPr>
                <w:b/>
                <w:bCs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목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FEFE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2306D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내</w:t>
            </w:r>
            <w:r w:rsidRPr="003D4288">
              <w:rPr>
                <w:b/>
                <w:bCs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b/>
                <w:bCs/>
              </w:rPr>
              <w:t>용</w:t>
            </w:r>
          </w:p>
        </w:tc>
      </w:tr>
      <w:tr w:rsidR="00F42F53" w14:paraId="3806979D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805813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1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FA173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관리감독자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A19CBC" w14:textId="1CBDD5B4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성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명</w:t>
            </w:r>
            <w:r w:rsidRPr="003D4288">
              <w:rPr>
                <w:lang w:eastAsia="ko-KR"/>
              </w:rPr>
              <w:t xml:space="preserve"> :        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자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격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경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력</w:t>
            </w:r>
            <w:r w:rsidRPr="003D4288">
              <w:rPr>
                <w:lang w:eastAsia="ko-KR"/>
              </w:rPr>
              <w:t xml:space="preserve"> :              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야간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상주</w:t>
            </w:r>
            <w:r w:rsidRPr="003D4288">
              <w:rPr>
                <w:lang w:eastAsia="ko-KR"/>
              </w:rPr>
              <w:t xml:space="preserve"> : [  ]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예</w:t>
            </w:r>
          </w:p>
        </w:tc>
      </w:tr>
      <w:tr w:rsidR="00F42F53" w14:paraId="02F0E186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3282A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2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58D40F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하수급인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C2695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재하도급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금지</w:t>
            </w:r>
            <w:r w:rsidRPr="003D4288">
              <w:rPr>
                <w:lang w:eastAsia="ko-KR"/>
              </w:rPr>
              <w:t xml:space="preserve">,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동일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안전기준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적용</w:t>
            </w:r>
            <w:r w:rsidRPr="003D4288">
              <w:rPr>
                <w:lang w:eastAsia="ko-KR"/>
              </w:rPr>
              <w:t xml:space="preserve">,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산재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고용보험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확인</w:t>
            </w:r>
          </w:p>
        </w:tc>
      </w:tr>
      <w:tr w:rsidR="00F42F53" w14:paraId="171F2B15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8786A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3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07731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기준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준수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E966F1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파크원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공사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안전관리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지침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건물관리규정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준수</w:t>
            </w:r>
            <w:r w:rsidRPr="003D4288">
              <w:rPr>
                <w:lang w:eastAsia="ko-KR"/>
              </w:rPr>
              <w:t xml:space="preserve">,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상충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시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엄격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기준</w:t>
            </w:r>
          </w:p>
        </w:tc>
      </w:tr>
      <w:tr w:rsidR="00F42F53" w14:paraId="46F2BC59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C47E1A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4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66B23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조정</w:t>
            </w:r>
            <w:r w:rsidRPr="003D4288">
              <w:t>·</w:t>
            </w:r>
            <w:r w:rsidRPr="003D4288">
              <w:rPr>
                <w:rFonts w:ascii="맑은 고딕" w:eastAsia="맑은 고딕" w:hAnsi="맑은 고딕" w:cs="맑은 고딕" w:hint="eastAsia"/>
              </w:rPr>
              <w:t>지도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협조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E8E053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안전보건조정자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재해예방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기술지도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협조</w:t>
            </w:r>
            <w:r w:rsidRPr="003D4288">
              <w:rPr>
                <w:lang w:eastAsia="ko-KR"/>
              </w:rPr>
              <w:t xml:space="preserve">,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결과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이행</w:t>
            </w:r>
          </w:p>
        </w:tc>
      </w:tr>
      <w:tr w:rsidR="00F42F53" w14:paraId="15846679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08742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5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C1E285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사고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통보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BBF3C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중대재해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작업중지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화재</w:t>
            </w:r>
            <w:r w:rsidRPr="003D4288">
              <w:rPr>
                <w:lang w:eastAsia="ko-KR"/>
              </w:rPr>
              <w:t>·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제</w:t>
            </w:r>
            <w:r w:rsidRPr="003D4288">
              <w:rPr>
                <w:lang w:eastAsia="ko-KR"/>
              </w:rPr>
              <w:t>3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자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피해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시</w:t>
            </w:r>
            <w:r w:rsidRPr="003D4288">
              <w:rPr>
                <w:lang w:eastAsia="ko-KR"/>
              </w:rPr>
              <w:t xml:space="preserve"> 2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시간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내</w:t>
            </w:r>
            <w:r w:rsidRPr="003D4288">
              <w:rPr>
                <w:lang w:eastAsia="ko-KR"/>
              </w:rPr>
              <w:t xml:space="preserve"> 1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차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통보</w:t>
            </w:r>
          </w:p>
        </w:tc>
      </w:tr>
      <w:tr w:rsidR="00F42F53" w14:paraId="784BE9A2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5BE53C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6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5E7E4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작업중지권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DFF68" w14:textId="77777777" w:rsidR="00F42F53" w:rsidRPr="003D4288" w:rsidRDefault="00F42F53" w:rsidP="00F42F53">
            <w:pPr>
              <w:spacing w:after="20" w:line="240" w:lineRule="auto"/>
              <w:rPr>
                <w:lang w:eastAsia="ko-KR"/>
              </w:rPr>
            </w:pP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중지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요청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불이익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없음</w:t>
            </w:r>
            <w:r w:rsidRPr="003D4288">
              <w:rPr>
                <w:lang w:eastAsia="ko-KR"/>
              </w:rPr>
              <w:t xml:space="preserve">,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즉시</w:t>
            </w:r>
            <w:r w:rsidRPr="003D4288">
              <w:rPr>
                <w:lang w:eastAsia="ko-KR"/>
              </w:rPr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  <w:lang w:eastAsia="ko-KR"/>
              </w:rPr>
              <w:t>통보</w:t>
            </w:r>
          </w:p>
        </w:tc>
      </w:tr>
      <w:tr w:rsidR="00F42F53" w14:paraId="41E7B68F" w14:textId="77777777" w:rsidTr="00A33B38">
        <w:trPr>
          <w:cantSplit/>
        </w:trPr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4ED62E" w14:textId="77777777" w:rsidR="00F42F53" w:rsidRPr="003D4288" w:rsidRDefault="00F42F53" w:rsidP="00F42F53">
            <w:pPr>
              <w:spacing w:after="20" w:line="240" w:lineRule="auto"/>
              <w:jc w:val="center"/>
            </w:pPr>
            <w:r w:rsidRPr="003D4288">
              <w:t>7</w:t>
            </w:r>
          </w:p>
        </w:tc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B4C98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안전관리비</w:t>
            </w:r>
          </w:p>
        </w:tc>
        <w:tc>
          <w:tcPr>
            <w:tcW w:w="696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3651A9" w14:textId="77777777" w:rsidR="00F42F53" w:rsidRPr="003D4288" w:rsidRDefault="00F42F53" w:rsidP="00F42F53">
            <w:pPr>
              <w:spacing w:after="20" w:line="240" w:lineRule="auto"/>
            </w:pPr>
            <w:r w:rsidRPr="003D4288">
              <w:rPr>
                <w:rFonts w:ascii="맑은 고딕" w:eastAsia="맑은 고딕" w:hAnsi="맑은 고딕" w:cs="맑은 고딕" w:hint="eastAsia"/>
              </w:rPr>
              <w:t>견적서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분리</w:t>
            </w:r>
            <w:r w:rsidRPr="003D4288">
              <w:t xml:space="preserve"> </w:t>
            </w:r>
            <w:r w:rsidRPr="003D4288">
              <w:rPr>
                <w:rFonts w:ascii="맑은 고딕" w:eastAsia="맑은 고딕" w:hAnsi="맑은 고딕" w:cs="맑은 고딕" w:hint="eastAsia"/>
              </w:rPr>
              <w:t>계상액</w:t>
            </w:r>
            <w:r w:rsidRPr="003D4288">
              <w:t xml:space="preserve"> :                  </w:t>
            </w:r>
            <w:r>
              <w:rPr>
                <w:rFonts w:eastAsia="맑은 고딕" w:hint="eastAsia"/>
                <w:lang w:eastAsia="ko-KR"/>
              </w:rPr>
              <w:t xml:space="preserve">        </w:t>
            </w:r>
            <w:r w:rsidRPr="003D4288">
              <w:t xml:space="preserve">  </w:t>
            </w:r>
            <w:r w:rsidRPr="003D4288">
              <w:rPr>
                <w:rFonts w:ascii="맑은 고딕" w:eastAsia="맑은 고딕" w:hAnsi="맑은 고딕" w:cs="맑은 고딕" w:hint="eastAsia"/>
              </w:rPr>
              <w:t>원</w:t>
            </w:r>
          </w:p>
        </w:tc>
      </w:tr>
    </w:tbl>
    <w:p w14:paraId="71535095" w14:textId="77777777" w:rsidR="00F42F53" w:rsidRPr="003D4288" w:rsidRDefault="00F42F53" w:rsidP="00F42F53">
      <w:pPr>
        <w:spacing w:before="60" w:after="40" w:line="240" w:lineRule="auto"/>
        <w:rPr>
          <w:lang w:eastAsia="ko-KR"/>
        </w:rPr>
      </w:pPr>
      <w:r w:rsidRPr="003D4288">
        <w:rPr>
          <w:rFonts w:ascii="맑은 고딕" w:eastAsia="맑은 고딕" w:hAnsi="맑은 고딕" w:cs="맑은 고딕" w:hint="eastAsia"/>
          <w:lang w:eastAsia="ko-KR"/>
        </w:rPr>
        <w:t>위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기재가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사실과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다름없음을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확인하며</w:t>
      </w:r>
      <w:r w:rsidRPr="003D4288">
        <w:rPr>
          <w:lang w:eastAsia="ko-KR"/>
        </w:rPr>
        <w:t xml:space="preserve">, </w:t>
      </w:r>
      <w:r w:rsidRPr="003D4288">
        <w:rPr>
          <w:rFonts w:ascii="맑은 고딕" w:eastAsia="맑은 고딕" w:hAnsi="맑은 고딕" w:cs="맑은 고딕" w:hint="eastAsia"/>
          <w:lang w:eastAsia="ko-KR"/>
        </w:rPr>
        <w:t>미기재</w:t>
      </w:r>
      <w:r w:rsidRPr="003D4288">
        <w:rPr>
          <w:lang w:eastAsia="ko-KR"/>
        </w:rPr>
        <w:t>·</w:t>
      </w:r>
      <w:r w:rsidRPr="003D4288">
        <w:rPr>
          <w:rFonts w:ascii="맑은 고딕" w:eastAsia="맑은 고딕" w:hAnsi="맑은 고딕" w:cs="맑은 고딕" w:hint="eastAsia"/>
          <w:lang w:eastAsia="ko-KR"/>
        </w:rPr>
        <w:t>허위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기재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시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부적격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및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계약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해지에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이의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없음</w:t>
      </w:r>
      <w:r w:rsidRPr="003D4288">
        <w:rPr>
          <w:lang w:eastAsia="ko-KR"/>
        </w:rPr>
        <w:t>.</w:t>
      </w:r>
    </w:p>
    <w:p w14:paraId="24474CA8" w14:textId="77777777" w:rsidR="00F42F53" w:rsidRPr="003D4288" w:rsidRDefault="00F42F53" w:rsidP="00F42F53">
      <w:pPr>
        <w:spacing w:line="240" w:lineRule="auto"/>
        <w:rPr>
          <w:lang w:eastAsia="ko-KR"/>
        </w:rPr>
      </w:pPr>
      <w:r w:rsidRPr="003D4288">
        <w:rPr>
          <w:lang w:eastAsia="ko-KR"/>
        </w:rPr>
        <w:t xml:space="preserve"> </w:t>
      </w:r>
    </w:p>
    <w:p w14:paraId="5E548B7E" w14:textId="77777777" w:rsidR="00F42F53" w:rsidRPr="003D4288" w:rsidRDefault="00F42F53" w:rsidP="00F42F53">
      <w:pPr>
        <w:spacing w:after="80" w:line="240" w:lineRule="auto"/>
        <w:jc w:val="center"/>
        <w:rPr>
          <w:lang w:eastAsia="ko-KR"/>
        </w:rPr>
      </w:pPr>
      <w:r w:rsidRPr="003D4288">
        <w:rPr>
          <w:lang w:eastAsia="ko-KR"/>
        </w:rPr>
        <w:t>2026.        .        .</w:t>
      </w:r>
    </w:p>
    <w:p w14:paraId="6C783F08" w14:textId="77777777" w:rsidR="00F42F53" w:rsidRPr="003D4288" w:rsidRDefault="00F42F53" w:rsidP="00F42F53">
      <w:pPr>
        <w:spacing w:after="40" w:line="240" w:lineRule="auto"/>
        <w:ind w:left="3200" w:firstLine="800"/>
        <w:rPr>
          <w:lang w:eastAsia="ko-KR"/>
        </w:rPr>
      </w:pPr>
    </w:p>
    <w:p w14:paraId="5C170313" w14:textId="77777777" w:rsidR="00F42F53" w:rsidRPr="003D4288" w:rsidRDefault="00F42F53" w:rsidP="00F42F53">
      <w:pPr>
        <w:spacing w:after="40" w:line="240" w:lineRule="auto"/>
        <w:ind w:left="3200" w:firstLine="800"/>
        <w:rPr>
          <w:lang w:eastAsia="ko-KR"/>
        </w:rPr>
      </w:pPr>
      <w:r w:rsidRPr="003D4288">
        <w:rPr>
          <w:rFonts w:ascii="맑은 고딕" w:eastAsia="맑은 고딕" w:hAnsi="맑은 고딕" w:cs="맑은 고딕" w:hint="eastAsia"/>
          <w:lang w:eastAsia="ko-KR"/>
        </w:rPr>
        <w:t>상</w:t>
      </w:r>
      <w:r w:rsidRPr="003D4288">
        <w:rPr>
          <w:lang w:eastAsia="ko-KR"/>
        </w:rPr>
        <w:t xml:space="preserve">        </w:t>
      </w:r>
      <w:r w:rsidRPr="003D4288">
        <w:rPr>
          <w:rFonts w:ascii="맑은 고딕" w:eastAsia="맑은 고딕" w:hAnsi="맑은 고딕" w:cs="맑은 고딕" w:hint="eastAsia"/>
          <w:lang w:eastAsia="ko-KR"/>
        </w:rPr>
        <w:t>호</w:t>
      </w:r>
      <w:r w:rsidRPr="003D4288">
        <w:rPr>
          <w:lang w:eastAsia="ko-KR"/>
        </w:rPr>
        <w:t xml:space="preserve"> :                                                                                  </w:t>
      </w:r>
    </w:p>
    <w:p w14:paraId="79DDE2C4" w14:textId="77777777" w:rsidR="00F42F53" w:rsidRPr="003D4288" w:rsidRDefault="00F42F53" w:rsidP="00F42F53">
      <w:pPr>
        <w:spacing w:after="80" w:line="240" w:lineRule="auto"/>
        <w:ind w:left="3200" w:firstLine="800"/>
        <w:rPr>
          <w:lang w:eastAsia="ko-KR"/>
        </w:rPr>
      </w:pPr>
    </w:p>
    <w:p w14:paraId="50516480" w14:textId="77777777" w:rsidR="00F42F53" w:rsidRPr="003D4288" w:rsidRDefault="00F42F53" w:rsidP="00F42F53">
      <w:pPr>
        <w:spacing w:after="80" w:line="240" w:lineRule="auto"/>
        <w:ind w:left="3200" w:firstLine="800"/>
        <w:rPr>
          <w:lang w:eastAsia="ko-KR"/>
        </w:rPr>
      </w:pPr>
      <w:r w:rsidRPr="003D4288">
        <w:rPr>
          <w:rFonts w:ascii="맑은 고딕" w:eastAsia="맑은 고딕" w:hAnsi="맑은 고딕" w:cs="맑은 고딕" w:hint="eastAsia"/>
          <w:lang w:eastAsia="ko-KR"/>
        </w:rPr>
        <w:t>대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표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이</w:t>
      </w:r>
      <w:r w:rsidRPr="003D4288">
        <w:rPr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lang w:eastAsia="ko-KR"/>
        </w:rPr>
        <w:t>사</w:t>
      </w:r>
      <w:r w:rsidRPr="003D4288">
        <w:rPr>
          <w:lang w:eastAsia="ko-KR"/>
        </w:rPr>
        <w:t xml:space="preserve"> :                                                    (</w:t>
      </w:r>
      <w:r w:rsidRPr="003D4288">
        <w:rPr>
          <w:rFonts w:ascii="맑은 고딕" w:eastAsia="맑은 고딕" w:hAnsi="맑은 고딕" w:cs="맑은 고딕" w:hint="eastAsia"/>
          <w:lang w:eastAsia="ko-KR"/>
        </w:rPr>
        <w:t>인</w:t>
      </w:r>
      <w:r w:rsidRPr="003D4288">
        <w:rPr>
          <w:lang w:eastAsia="ko-KR"/>
        </w:rPr>
        <w:t xml:space="preserve">)                    </w:t>
      </w:r>
    </w:p>
    <w:p w14:paraId="4AD95C1D" w14:textId="39BC2984" w:rsidR="00FD1971" w:rsidRDefault="00F42F53" w:rsidP="00F42F53">
      <w:pPr>
        <w:spacing w:line="240" w:lineRule="auto"/>
        <w:jc w:val="center"/>
        <w:rPr>
          <w:lang w:eastAsia="ko-KR"/>
        </w:rPr>
      </w:pPr>
      <w:r w:rsidRPr="003D4288">
        <w:rPr>
          <w:rFonts w:ascii="맑은 고딕" w:eastAsia="맑은 고딕" w:hAnsi="맑은 고딕" w:cs="맑은 고딕" w:hint="eastAsia"/>
          <w:b/>
          <w:bCs/>
          <w:lang w:eastAsia="ko-KR"/>
        </w:rPr>
        <w:t>이지스자산운용</w:t>
      </w:r>
      <w:r w:rsidRPr="003D4288">
        <w:rPr>
          <w:b/>
          <w:bCs/>
          <w:lang w:eastAsia="ko-KR"/>
        </w:rPr>
        <w:t xml:space="preserve"> </w:t>
      </w:r>
      <w:r w:rsidRPr="003D4288">
        <w:rPr>
          <w:rFonts w:ascii="맑은 고딕" w:eastAsia="맑은 고딕" w:hAnsi="맑은 고딕" w:cs="맑은 고딕" w:hint="eastAsia"/>
          <w:b/>
          <w:bCs/>
          <w:lang w:eastAsia="ko-KR"/>
        </w:rPr>
        <w:t>주식회사</w:t>
      </w:r>
      <w:r w:rsidRPr="003D4288">
        <w:rPr>
          <w:b/>
          <w:bCs/>
          <w:lang w:eastAsia="ko-KR"/>
        </w:rPr>
        <w:t xml:space="preserve">  </w:t>
      </w:r>
      <w:r w:rsidRPr="003D4288">
        <w:rPr>
          <w:rFonts w:ascii="맑은 고딕" w:eastAsia="맑은 고딕" w:hAnsi="맑은 고딕" w:cs="맑은 고딕" w:hint="eastAsia"/>
          <w:b/>
          <w:bCs/>
          <w:lang w:eastAsia="ko-KR"/>
        </w:rPr>
        <w:t>귀중</w:t>
      </w:r>
    </w:p>
    <w:sectPr w:rsidR="00FD1971" w:rsidSect="00F42F53">
      <w:headerReference w:type="default" r:id="rId6"/>
      <w:footerReference w:type="default" r:id="rId7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altName w:val="맑은고딕i.玭.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anumSquare">
    <w:altName w:val="Cambria"/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312"/>
      <w:gridCol w:w="3456"/>
      <w:gridCol w:w="3312"/>
    </w:tblGrid>
    <w:tr w:rsidR="00F42F53" w14:paraId="264D1599" w14:textId="77777777">
      <w:tc>
        <w:tcPr>
          <w:tcW w:w="3312" w:type="dxa"/>
        </w:tcPr>
        <w:p w14:paraId="62668CBA" w14:textId="77777777" w:rsidR="00F42F53" w:rsidRDefault="00F42F53"/>
      </w:tc>
      <w:tc>
        <w:tcPr>
          <w:tcW w:w="3456" w:type="dxa"/>
        </w:tcPr>
        <w:p w14:paraId="1331AF43" w14:textId="77777777" w:rsidR="00F42F53" w:rsidRDefault="00F42F53">
          <w:pPr>
            <w:jc w:val="center"/>
          </w:pPr>
        </w:p>
      </w:tc>
      <w:tc>
        <w:tcPr>
          <w:tcW w:w="3312" w:type="dxa"/>
        </w:tcPr>
        <w:p w14:paraId="741D6232" w14:textId="77777777" w:rsidR="00F42F53" w:rsidRDefault="00F42F53">
          <w:pPr>
            <w:jc w:val="right"/>
          </w:pPr>
          <w:r w:rsidRPr="00F16F6B">
            <w:rPr>
              <w:noProof/>
            </w:rPr>
            <w:drawing>
              <wp:inline distT="0" distB="0" distL="0" distR="0" wp14:anchorId="67548677" wp14:editId="30B761DE">
                <wp:extent cx="1242965" cy="292073"/>
                <wp:effectExtent l="0" t="0" r="0" b="0"/>
                <wp:docPr id="23" name="그림 22" descr="igis_logo.JPG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089E80-509D-41A2-BDC6-49AC22D6690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그림 22" descr="igis_logo.JPG">
                          <a:extLst>
                            <a:ext uri="{FF2B5EF4-FFF2-40B4-BE49-F238E27FC236}">
                              <a16:creationId xmlns:a16="http://schemas.microsoft.com/office/drawing/2014/main" id="{FD089E80-509D-41A2-BDC6-49AC22D66902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965" cy="2920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008" w14:textId="77777777" w:rsidR="00F42F53" w:rsidRPr="00CD7225" w:rsidRDefault="00F42F53">
    <w:pPr>
      <w:pStyle w:val="ac"/>
      <w:spacing w:line="276" w:lineRule="auto"/>
      <w:jc w:val="right"/>
      <w:rPr>
        <w:rFonts w:ascii="한컴 고딕" w:eastAsia="한컴 고딕" w:hAnsi="한컴 고딕" w:cs="맑은 고딕 Semilight"/>
        <w:lang w:eastAsia="ko-KR"/>
      </w:rPr>
    </w:pPr>
    <w:r w:rsidRPr="00CD7225">
      <w:rPr>
        <w:rFonts w:ascii="한컴 고딕" w:eastAsia="한컴 고딕" w:hAnsi="한컴 고딕" w:cs="맑은 고딕 Semilight"/>
        <w:color w:val="666666"/>
        <w:sz w:val="17"/>
        <w:lang w:eastAsia="ko-KR"/>
      </w:rPr>
      <w:t xml:space="preserve">사옥 이전 </w:t>
    </w:r>
    <w:r w:rsidRPr="00CD7225">
      <w:rPr>
        <w:rFonts w:ascii="한컴 고딕" w:eastAsia="한컴 고딕" w:hAnsi="한컴 고딕" w:cs="맑은 고딕 Semilight" w:hint="eastAsia"/>
        <w:color w:val="666666"/>
        <w:sz w:val="17"/>
        <w:lang w:eastAsia="ko-KR"/>
      </w:rPr>
      <w:t>유</w:t>
    </w:r>
    <w:r w:rsidRPr="00CD7225">
      <w:rPr>
        <w:rFonts w:ascii="한컴 고딕" w:eastAsia="한컴 고딕" w:hAnsi="한컴 고딕" w:cs="맑은 고딕 Semilight"/>
        <w:color w:val="666666"/>
        <w:sz w:val="17"/>
        <w:lang w:eastAsia="ko-KR"/>
      </w:rPr>
      <w:t>·</w:t>
    </w:r>
    <w:r w:rsidRPr="00CD7225">
      <w:rPr>
        <w:rFonts w:ascii="한컴 고딕" w:eastAsia="한컴 고딕" w:hAnsi="한컴 고딕" w:cs="맑은 고딕 Semilight" w:hint="eastAsia"/>
        <w:color w:val="666666"/>
        <w:sz w:val="17"/>
        <w:lang w:eastAsia="ko-KR"/>
      </w:rPr>
      <w:t>무선 네트워크 공사</w:t>
    </w:r>
    <w:r w:rsidRPr="00CD7225">
      <w:rPr>
        <w:rFonts w:ascii="한컴 고딕" w:eastAsia="한컴 고딕" w:hAnsi="한컴 고딕" w:cs="맑은 고딕 Semilight"/>
        <w:color w:val="666666"/>
        <w:sz w:val="17"/>
        <w:lang w:eastAsia="ko-KR"/>
      </w:rPr>
      <w:t xml:space="preserve"> 제안요청서(RFP)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266345">
    <w:abstractNumId w:val="8"/>
  </w:num>
  <w:num w:numId="2" w16cid:durableId="837504514">
    <w:abstractNumId w:val="6"/>
  </w:num>
  <w:num w:numId="3" w16cid:durableId="1908102146">
    <w:abstractNumId w:val="5"/>
  </w:num>
  <w:num w:numId="4" w16cid:durableId="890724242">
    <w:abstractNumId w:val="4"/>
  </w:num>
  <w:num w:numId="5" w16cid:durableId="438568399">
    <w:abstractNumId w:val="7"/>
  </w:num>
  <w:num w:numId="6" w16cid:durableId="2069644693">
    <w:abstractNumId w:val="3"/>
  </w:num>
  <w:num w:numId="7" w16cid:durableId="1346861400">
    <w:abstractNumId w:val="2"/>
  </w:num>
  <w:num w:numId="8" w16cid:durableId="169564299">
    <w:abstractNumId w:val="1"/>
  </w:num>
  <w:num w:numId="9" w16cid:durableId="24276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53"/>
    <w:rsid w:val="002E71B2"/>
    <w:rsid w:val="00304D4B"/>
    <w:rsid w:val="00537E11"/>
    <w:rsid w:val="0056535A"/>
    <w:rsid w:val="006D67EA"/>
    <w:rsid w:val="009A5558"/>
    <w:rsid w:val="00F42F53"/>
    <w:rsid w:val="00FD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3AA8C"/>
  <w15:chartTrackingRefBased/>
  <w15:docId w15:val="{BEF3029C-0B59-44E5-8C5D-FDDD20A8F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42F53"/>
    <w:pPr>
      <w:spacing w:after="200" w:line="276" w:lineRule="auto"/>
    </w:pPr>
    <w:rPr>
      <w:rFonts w:ascii="NanumSquare" w:eastAsia="NanumSquare" w:hAnsi="NanumSquare"/>
      <w:kern w:val="0"/>
      <w:sz w:val="21"/>
      <w:szCs w:val="22"/>
      <w:lang w:eastAsia="en-US"/>
      <w14:ligatures w14:val="none"/>
    </w:rPr>
  </w:style>
  <w:style w:type="paragraph" w:styleId="1">
    <w:name w:val="heading 1"/>
    <w:basedOn w:val="a1"/>
    <w:next w:val="a1"/>
    <w:link w:val="1Char"/>
    <w:uiPriority w:val="9"/>
    <w:qFormat/>
    <w:rsid w:val="00F42F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42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42F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42F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42F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42F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42F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42F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42F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제목 1 Char"/>
    <w:basedOn w:val="a2"/>
    <w:link w:val="1"/>
    <w:uiPriority w:val="9"/>
    <w:rsid w:val="00F42F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2"/>
    <w:link w:val="21"/>
    <w:uiPriority w:val="9"/>
    <w:rsid w:val="00F42F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2"/>
    <w:link w:val="31"/>
    <w:uiPriority w:val="9"/>
    <w:rsid w:val="00F42F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2"/>
    <w:link w:val="4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2"/>
    <w:link w:val="5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2"/>
    <w:link w:val="6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2"/>
    <w:link w:val="7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2"/>
    <w:link w:val="8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2"/>
    <w:link w:val="9"/>
    <w:uiPriority w:val="9"/>
    <w:semiHidden/>
    <w:rsid w:val="00F42F53"/>
    <w:rPr>
      <w:rFonts w:asciiTheme="majorHAnsi" w:eastAsiaTheme="majorEastAsia" w:hAnsiTheme="majorHAnsi" w:cstheme="majorBidi"/>
      <w:color w:val="000000" w:themeColor="text1"/>
    </w:rPr>
  </w:style>
  <w:style w:type="paragraph" w:styleId="a5">
    <w:name w:val="Title"/>
    <w:basedOn w:val="a1"/>
    <w:next w:val="a1"/>
    <w:link w:val="Char"/>
    <w:uiPriority w:val="10"/>
    <w:qFormat/>
    <w:rsid w:val="00F42F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2"/>
    <w:link w:val="a5"/>
    <w:uiPriority w:val="10"/>
    <w:rsid w:val="00F42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1"/>
    <w:next w:val="a1"/>
    <w:link w:val="Char0"/>
    <w:uiPriority w:val="11"/>
    <w:qFormat/>
    <w:rsid w:val="00F42F5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2"/>
    <w:link w:val="a6"/>
    <w:uiPriority w:val="11"/>
    <w:rsid w:val="00F42F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1"/>
    <w:next w:val="a1"/>
    <w:link w:val="Char1"/>
    <w:uiPriority w:val="29"/>
    <w:qFormat/>
    <w:rsid w:val="00F42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2"/>
    <w:link w:val="a7"/>
    <w:uiPriority w:val="29"/>
    <w:rsid w:val="00F42F53"/>
    <w:rPr>
      <w:i/>
      <w:iCs/>
      <w:color w:val="404040" w:themeColor="text1" w:themeTint="BF"/>
    </w:rPr>
  </w:style>
  <w:style w:type="paragraph" w:styleId="a8">
    <w:name w:val="List Paragraph"/>
    <w:basedOn w:val="a1"/>
    <w:uiPriority w:val="34"/>
    <w:qFormat/>
    <w:rsid w:val="00F42F53"/>
    <w:pPr>
      <w:ind w:left="720"/>
      <w:contextualSpacing/>
    </w:pPr>
  </w:style>
  <w:style w:type="character" w:styleId="a9">
    <w:name w:val="Intense Emphasis"/>
    <w:basedOn w:val="a2"/>
    <w:uiPriority w:val="21"/>
    <w:qFormat/>
    <w:rsid w:val="00F42F53"/>
    <w:rPr>
      <w:i/>
      <w:iCs/>
      <w:color w:val="0F4761" w:themeColor="accent1" w:themeShade="BF"/>
    </w:rPr>
  </w:style>
  <w:style w:type="paragraph" w:styleId="aa">
    <w:name w:val="Intense Quote"/>
    <w:basedOn w:val="a1"/>
    <w:next w:val="a1"/>
    <w:link w:val="Char2"/>
    <w:uiPriority w:val="30"/>
    <w:qFormat/>
    <w:rsid w:val="00F42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2"/>
    <w:link w:val="aa"/>
    <w:uiPriority w:val="30"/>
    <w:rsid w:val="00F42F53"/>
    <w:rPr>
      <w:i/>
      <w:iCs/>
      <w:color w:val="0F4761" w:themeColor="accent1" w:themeShade="BF"/>
    </w:rPr>
  </w:style>
  <w:style w:type="character" w:styleId="ab">
    <w:name w:val="Intense Reference"/>
    <w:basedOn w:val="a2"/>
    <w:uiPriority w:val="32"/>
    <w:qFormat/>
    <w:rsid w:val="00F42F5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1"/>
    <w:link w:val="Char3"/>
    <w:uiPriority w:val="99"/>
    <w:unhideWhenUsed/>
    <w:rsid w:val="00F42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머리글 Char"/>
    <w:basedOn w:val="a2"/>
    <w:link w:val="ac"/>
    <w:uiPriority w:val="99"/>
    <w:rsid w:val="00F42F53"/>
    <w:rPr>
      <w:rFonts w:ascii="NanumSquare" w:eastAsia="NanumSquare" w:hAnsi="NanumSquare"/>
      <w:kern w:val="0"/>
      <w:sz w:val="21"/>
      <w:szCs w:val="22"/>
      <w:lang w:eastAsia="en-US"/>
      <w14:ligatures w14:val="none"/>
    </w:rPr>
  </w:style>
  <w:style w:type="paragraph" w:styleId="ad">
    <w:name w:val="footer"/>
    <w:basedOn w:val="a1"/>
    <w:link w:val="Char4"/>
    <w:uiPriority w:val="99"/>
    <w:unhideWhenUsed/>
    <w:rsid w:val="00F42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바닥글 Char"/>
    <w:basedOn w:val="a2"/>
    <w:link w:val="ad"/>
    <w:uiPriority w:val="99"/>
    <w:rsid w:val="00F42F53"/>
    <w:rPr>
      <w:rFonts w:ascii="NanumSquare" w:eastAsia="NanumSquare" w:hAnsi="NanumSquare"/>
      <w:kern w:val="0"/>
      <w:sz w:val="21"/>
      <w:szCs w:val="22"/>
      <w:lang w:eastAsia="en-US"/>
      <w14:ligatures w14:val="none"/>
    </w:rPr>
  </w:style>
  <w:style w:type="paragraph" w:styleId="ae">
    <w:name w:val="No Spacing"/>
    <w:uiPriority w:val="1"/>
    <w:qFormat/>
    <w:rsid w:val="00F42F53"/>
    <w:pPr>
      <w:spacing w:after="0"/>
    </w:pPr>
    <w:rPr>
      <w:kern w:val="0"/>
      <w:szCs w:val="22"/>
      <w:lang w:eastAsia="en-US"/>
      <w14:ligatures w14:val="none"/>
    </w:rPr>
  </w:style>
  <w:style w:type="paragraph" w:styleId="af">
    <w:name w:val="Body Text"/>
    <w:basedOn w:val="a1"/>
    <w:link w:val="Char5"/>
    <w:uiPriority w:val="99"/>
    <w:unhideWhenUsed/>
    <w:rsid w:val="00F42F53"/>
    <w:pPr>
      <w:spacing w:after="120"/>
    </w:pPr>
  </w:style>
  <w:style w:type="character" w:customStyle="1" w:styleId="Char5">
    <w:name w:val="본문 Char"/>
    <w:basedOn w:val="a2"/>
    <w:link w:val="af"/>
    <w:uiPriority w:val="99"/>
    <w:rsid w:val="00F42F53"/>
    <w:rPr>
      <w:rFonts w:ascii="NanumSquare" w:eastAsia="NanumSquare" w:hAnsi="NanumSquare"/>
      <w:kern w:val="0"/>
      <w:sz w:val="21"/>
      <w:szCs w:val="22"/>
      <w:lang w:eastAsia="en-US"/>
      <w14:ligatures w14:val="none"/>
    </w:rPr>
  </w:style>
  <w:style w:type="paragraph" w:styleId="22">
    <w:name w:val="Body Text 2"/>
    <w:basedOn w:val="a1"/>
    <w:link w:val="2Char0"/>
    <w:uiPriority w:val="99"/>
    <w:unhideWhenUsed/>
    <w:rsid w:val="00F42F53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F42F53"/>
    <w:rPr>
      <w:rFonts w:ascii="NanumSquare" w:eastAsia="NanumSquare" w:hAnsi="NanumSquare"/>
      <w:kern w:val="0"/>
      <w:sz w:val="21"/>
      <w:szCs w:val="22"/>
      <w:lang w:eastAsia="en-US"/>
      <w14:ligatures w14:val="none"/>
    </w:rPr>
  </w:style>
  <w:style w:type="paragraph" w:styleId="32">
    <w:name w:val="Body Text 3"/>
    <w:basedOn w:val="a1"/>
    <w:link w:val="3Char0"/>
    <w:uiPriority w:val="99"/>
    <w:unhideWhenUsed/>
    <w:rsid w:val="00F42F53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F42F53"/>
    <w:rPr>
      <w:rFonts w:ascii="NanumSquare" w:eastAsia="NanumSquare" w:hAnsi="NanumSquare"/>
      <w:kern w:val="0"/>
      <w:sz w:val="16"/>
      <w:szCs w:val="16"/>
      <w:lang w:eastAsia="en-US"/>
      <w14:ligatures w14:val="none"/>
    </w:rPr>
  </w:style>
  <w:style w:type="paragraph" w:styleId="af0">
    <w:name w:val="List"/>
    <w:basedOn w:val="a1"/>
    <w:uiPriority w:val="99"/>
    <w:unhideWhenUsed/>
    <w:rsid w:val="00F42F53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F42F53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F42F53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F42F53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20">
    <w:name w:val="List Bullet 2"/>
    <w:basedOn w:val="a1"/>
    <w:uiPriority w:val="99"/>
    <w:unhideWhenUsed/>
    <w:rsid w:val="00F42F53"/>
    <w:pPr>
      <w:numPr>
        <w:numId w:val="2"/>
      </w:numPr>
      <w:tabs>
        <w:tab w:val="clear" w:pos="720"/>
      </w:tabs>
      <w:ind w:left="0" w:firstLine="0"/>
      <w:contextualSpacing/>
    </w:pPr>
  </w:style>
  <w:style w:type="paragraph" w:styleId="30">
    <w:name w:val="List Bullet 3"/>
    <w:basedOn w:val="a1"/>
    <w:uiPriority w:val="99"/>
    <w:unhideWhenUsed/>
    <w:rsid w:val="00F42F53"/>
    <w:pPr>
      <w:numPr>
        <w:numId w:val="3"/>
      </w:numPr>
      <w:tabs>
        <w:tab w:val="clear" w:pos="1080"/>
      </w:tabs>
      <w:ind w:left="0" w:firstLine="0"/>
      <w:contextualSpacing/>
    </w:pPr>
  </w:style>
  <w:style w:type="paragraph" w:styleId="a">
    <w:name w:val="List Number"/>
    <w:basedOn w:val="a1"/>
    <w:uiPriority w:val="99"/>
    <w:unhideWhenUsed/>
    <w:rsid w:val="00F42F53"/>
    <w:pPr>
      <w:numPr>
        <w:numId w:val="5"/>
      </w:numPr>
      <w:tabs>
        <w:tab w:val="clear" w:pos="360"/>
      </w:tabs>
      <w:ind w:left="0" w:firstLine="0"/>
      <w:contextualSpacing/>
    </w:pPr>
  </w:style>
  <w:style w:type="paragraph" w:styleId="2">
    <w:name w:val="List Number 2"/>
    <w:basedOn w:val="a1"/>
    <w:uiPriority w:val="99"/>
    <w:unhideWhenUsed/>
    <w:rsid w:val="00F42F53"/>
    <w:pPr>
      <w:numPr>
        <w:numId w:val="6"/>
      </w:numPr>
      <w:tabs>
        <w:tab w:val="clear" w:pos="72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F42F53"/>
    <w:pPr>
      <w:numPr>
        <w:numId w:val="7"/>
      </w:numPr>
      <w:tabs>
        <w:tab w:val="clear" w:pos="1080"/>
      </w:tabs>
      <w:ind w:left="0" w:firstLine="0"/>
      <w:contextualSpacing/>
    </w:pPr>
  </w:style>
  <w:style w:type="paragraph" w:styleId="af1">
    <w:name w:val="List Continue"/>
    <w:basedOn w:val="a1"/>
    <w:uiPriority w:val="99"/>
    <w:unhideWhenUsed/>
    <w:rsid w:val="00F42F53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F42F53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F42F53"/>
    <w:pPr>
      <w:spacing w:after="120"/>
      <w:ind w:left="1080"/>
      <w:contextualSpacing/>
    </w:pPr>
  </w:style>
  <w:style w:type="paragraph" w:styleId="af2">
    <w:name w:val="macro"/>
    <w:link w:val="Char6"/>
    <w:uiPriority w:val="99"/>
    <w:unhideWhenUsed/>
    <w:rsid w:val="00F42F5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kern w:val="0"/>
      <w:sz w:val="20"/>
      <w:szCs w:val="20"/>
      <w:lang w:eastAsia="en-US"/>
      <w14:ligatures w14:val="none"/>
    </w:rPr>
  </w:style>
  <w:style w:type="character" w:customStyle="1" w:styleId="Char6">
    <w:name w:val="매크로 텍스트 Char"/>
    <w:basedOn w:val="a2"/>
    <w:link w:val="af2"/>
    <w:uiPriority w:val="99"/>
    <w:rsid w:val="00F42F53"/>
    <w:rPr>
      <w:rFonts w:ascii="Courier" w:hAnsi="Courier"/>
      <w:kern w:val="0"/>
      <w:sz w:val="20"/>
      <w:szCs w:val="20"/>
      <w:lang w:eastAsia="en-US"/>
      <w14:ligatures w14:val="none"/>
    </w:rPr>
  </w:style>
  <w:style w:type="paragraph" w:styleId="af3">
    <w:name w:val="caption"/>
    <w:basedOn w:val="a1"/>
    <w:next w:val="a1"/>
    <w:uiPriority w:val="35"/>
    <w:semiHidden/>
    <w:unhideWhenUsed/>
    <w:qFormat/>
    <w:rsid w:val="00F42F53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af4">
    <w:name w:val="Strong"/>
    <w:basedOn w:val="a2"/>
    <w:uiPriority w:val="22"/>
    <w:qFormat/>
    <w:rsid w:val="00F42F53"/>
    <w:rPr>
      <w:b/>
      <w:bCs/>
    </w:rPr>
  </w:style>
  <w:style w:type="character" w:styleId="af5">
    <w:name w:val="Emphasis"/>
    <w:basedOn w:val="a2"/>
    <w:uiPriority w:val="20"/>
    <w:qFormat/>
    <w:rsid w:val="00F42F53"/>
    <w:rPr>
      <w:i/>
      <w:iCs/>
    </w:rPr>
  </w:style>
  <w:style w:type="character" w:styleId="af6">
    <w:name w:val="Subtle Emphasis"/>
    <w:basedOn w:val="a2"/>
    <w:uiPriority w:val="19"/>
    <w:qFormat/>
    <w:rsid w:val="00F42F53"/>
    <w:rPr>
      <w:i/>
      <w:iCs/>
      <w:color w:val="808080" w:themeColor="text1" w:themeTint="7F"/>
    </w:rPr>
  </w:style>
  <w:style w:type="character" w:styleId="af7">
    <w:name w:val="Subtle Reference"/>
    <w:basedOn w:val="a2"/>
    <w:uiPriority w:val="31"/>
    <w:qFormat/>
    <w:rsid w:val="00F42F53"/>
    <w:rPr>
      <w:smallCaps/>
      <w:color w:val="E97132" w:themeColor="accent2"/>
      <w:u w:val="single"/>
    </w:rPr>
  </w:style>
  <w:style w:type="character" w:styleId="af8">
    <w:name w:val="Book Title"/>
    <w:basedOn w:val="a2"/>
    <w:uiPriority w:val="33"/>
    <w:qFormat/>
    <w:rsid w:val="00F42F53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42F53"/>
    <w:pPr>
      <w:spacing w:before="480" w:after="0"/>
      <w:outlineLvl w:val="9"/>
    </w:pPr>
    <w:rPr>
      <w:b/>
      <w:bCs/>
      <w:color w:val="0F4761" w:themeColor="accent1" w:themeShade="BF"/>
      <w:sz w:val="28"/>
      <w:szCs w:val="28"/>
    </w:rPr>
  </w:style>
  <w:style w:type="table" w:styleId="af9">
    <w:name w:val="Table Grid"/>
    <w:basedOn w:val="a3"/>
    <w:uiPriority w:val="59"/>
    <w:rsid w:val="00F42F53"/>
    <w:pPr>
      <w:spacing w:after="0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42F53"/>
    <w:pPr>
      <w:spacing w:after="0"/>
    </w:pPr>
    <w:rPr>
      <w:color w:val="000000" w:themeColor="text1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42F53"/>
    <w:pPr>
      <w:spacing w:after="0"/>
    </w:pPr>
    <w:rPr>
      <w:color w:val="0F4761" w:themeColor="accent1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-2">
    <w:name w:val="Light Shading Accent 2"/>
    <w:basedOn w:val="a3"/>
    <w:uiPriority w:val="60"/>
    <w:rsid w:val="00F42F53"/>
    <w:pPr>
      <w:spacing w:after="0"/>
    </w:pPr>
    <w:rPr>
      <w:color w:val="BF4E14" w:themeColor="accent2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-3">
    <w:name w:val="Light Shading Accent 3"/>
    <w:basedOn w:val="a3"/>
    <w:uiPriority w:val="60"/>
    <w:rsid w:val="00F42F53"/>
    <w:pPr>
      <w:spacing w:after="0"/>
    </w:pPr>
    <w:rPr>
      <w:color w:val="124F1A" w:themeColor="accent3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-4">
    <w:name w:val="Light Shading Accent 4"/>
    <w:basedOn w:val="a3"/>
    <w:uiPriority w:val="60"/>
    <w:rsid w:val="00F42F53"/>
    <w:pPr>
      <w:spacing w:after="0"/>
    </w:pPr>
    <w:rPr>
      <w:color w:val="0B769F" w:themeColor="accent4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-5">
    <w:name w:val="Light Shading Accent 5"/>
    <w:basedOn w:val="a3"/>
    <w:uiPriority w:val="60"/>
    <w:rsid w:val="00F42F53"/>
    <w:pPr>
      <w:spacing w:after="0"/>
    </w:pPr>
    <w:rPr>
      <w:color w:val="77206D" w:themeColor="accent5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-6">
    <w:name w:val="Light Shading Accent 6"/>
    <w:basedOn w:val="a3"/>
    <w:uiPriority w:val="60"/>
    <w:rsid w:val="00F42F53"/>
    <w:pPr>
      <w:spacing w:after="0"/>
    </w:pPr>
    <w:rPr>
      <w:color w:val="3A7C22" w:themeColor="accent6" w:themeShade="BF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afb">
    <w:name w:val="Light List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-20">
    <w:name w:val="Light List Accent 2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-30">
    <w:name w:val="Light List Accent 3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-40">
    <w:name w:val="Light List Accent 4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-50">
    <w:name w:val="Light List Accent 5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-60">
    <w:name w:val="Light List Accent 6"/>
    <w:basedOn w:val="a3"/>
    <w:uiPriority w:val="61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afc">
    <w:name w:val="Light Grid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-21">
    <w:name w:val="Light Grid Accent 2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-31">
    <w:name w:val="Light Grid Accent 3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-41">
    <w:name w:val="Light Grid Accent 4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-51">
    <w:name w:val="Light Grid Accent 5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-61">
    <w:name w:val="Light Grid Accent 6"/>
    <w:basedOn w:val="a3"/>
    <w:uiPriority w:val="62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10">
    <w:name w:val="Medium Shading 1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1-20">
    <w:name w:val="Medium List 1 Accent 2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1-30">
    <w:name w:val="Medium List 1 Accent 3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1-40">
    <w:name w:val="Medium List 1 Accent 4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1-50">
    <w:name w:val="Medium List 1 Accent 5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1-60">
    <w:name w:val="Medium List 1 Accent 6"/>
    <w:basedOn w:val="a3"/>
    <w:uiPriority w:val="65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26">
    <w:name w:val="Medium List 2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-21">
    <w:name w:val="Medium Grid 1 Accent 2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-31">
    <w:name w:val="Medium Grid 1 Accent 3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-41">
    <w:name w:val="Medium Grid 1 Accent 4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-51">
    <w:name w:val="Medium Grid 1 Accent 5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-61">
    <w:name w:val="Medium Grid 1 Accent 6"/>
    <w:basedOn w:val="a3"/>
    <w:uiPriority w:val="67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27">
    <w:name w:val="Medium Grid 2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42F53"/>
    <w:pPr>
      <w:spacing w:after="0"/>
    </w:pPr>
    <w:rPr>
      <w:rFonts w:asciiTheme="majorHAnsi" w:eastAsiaTheme="majorEastAsia" w:hAnsiTheme="majorHAnsi" w:cstheme="majorBidi"/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3-2">
    <w:name w:val="Medium Grid 3 Accent 2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3-3">
    <w:name w:val="Medium Grid 3 Accent 3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3-4">
    <w:name w:val="Medium Grid 3 Accent 4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3-5">
    <w:name w:val="Medium Grid 3 Accent 5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3-6">
    <w:name w:val="Medium Grid 3 Accent 6"/>
    <w:basedOn w:val="a3"/>
    <w:uiPriority w:val="69"/>
    <w:rsid w:val="00F42F53"/>
    <w:pPr>
      <w:spacing w:after="0"/>
    </w:pPr>
    <w:rPr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afd">
    <w:name w:val="Dark List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-22">
    <w:name w:val="Dark List Accent 2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-32">
    <w:name w:val="Dark List Accent 3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-42">
    <w:name w:val="Dark List Accent 4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-52">
    <w:name w:val="Dark List Accent 5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-62">
    <w:name w:val="Dark List Accent 6"/>
    <w:basedOn w:val="a3"/>
    <w:uiPriority w:val="70"/>
    <w:rsid w:val="00F42F53"/>
    <w:pPr>
      <w:spacing w:after="0"/>
    </w:pPr>
    <w:rPr>
      <w:color w:val="FFFFFF" w:themeColor="background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afe">
    <w:name w:val="Colorful Shading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3">
    <w:name w:val="Colorful Shading Accent 4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-24">
    <w:name w:val="Colorful List Accent 2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-34">
    <w:name w:val="Colorful List Accent 3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-44">
    <w:name w:val="Colorful List Accent 4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-54">
    <w:name w:val="Colorful List Accent 5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-64">
    <w:name w:val="Colorful List Accent 6"/>
    <w:basedOn w:val="a3"/>
    <w:uiPriority w:val="72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aff0">
    <w:name w:val="Colorful Grid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-25">
    <w:name w:val="Colorful Grid Accent 2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-35">
    <w:name w:val="Colorful Grid Accent 3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-45">
    <w:name w:val="Colorful Grid Accent 4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-55">
    <w:name w:val="Colorful Grid Accent 5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-65">
    <w:name w:val="Colorful Grid Accent 6"/>
    <w:basedOn w:val="a3"/>
    <w:uiPriority w:val="73"/>
    <w:rsid w:val="00F42F53"/>
    <w:pPr>
      <w:spacing w:after="0"/>
    </w:pPr>
    <w:rPr>
      <w:color w:val="000000" w:themeColor="text1"/>
      <w:kern w:val="0"/>
      <w:szCs w:val="22"/>
      <w:lang w:eastAsia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F42F53"/>
    <w:rPr>
      <w:color w:val="467886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F42F53"/>
    <w:rPr>
      <w:color w:val="605E5C"/>
      <w:shd w:val="clear" w:color="auto" w:fill="E1DFDD"/>
    </w:rPr>
  </w:style>
  <w:style w:type="paragraph" w:styleId="aff3">
    <w:name w:val="Revision"/>
    <w:hidden/>
    <w:uiPriority w:val="99"/>
    <w:semiHidden/>
    <w:rsid w:val="00F42F53"/>
    <w:pPr>
      <w:spacing w:after="0"/>
    </w:pPr>
    <w:rPr>
      <w:rFonts w:ascii="NanumSquare" w:eastAsia="NanumSquare" w:hAnsi="NanumSquare"/>
      <w:kern w:val="0"/>
      <w:sz w:val="21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guejin.jung@igisam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925</Words>
  <Characters>2721</Characters>
  <Application>Microsoft Office Word</Application>
  <DocSecurity>0</DocSecurity>
  <Lines>209</Lines>
  <Paragraphs>165</Paragraphs>
  <ScaleCrop>false</ScaleCrop>
  <Company>IGIS Asset Management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전주영 Jeon Ju Young</dc:creator>
  <cp:keywords/>
  <dc:description/>
  <cp:lastModifiedBy>전주영 Jeon Ju Young</cp:lastModifiedBy>
  <cp:revision>5</cp:revision>
  <dcterms:created xsi:type="dcterms:W3CDTF">2026-09-01T04:50:00Z</dcterms:created>
  <dcterms:modified xsi:type="dcterms:W3CDTF">2026-09-01T05:44:00Z</dcterms:modified>
</cp:coreProperties>
</file>